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2E1" w:rsidRPr="00DE2DD1" w:rsidRDefault="00366719">
      <w:pPr>
        <w:jc w:val="right"/>
        <w:rPr>
          <w:sz w:val="22"/>
        </w:rPr>
      </w:pPr>
      <w:r w:rsidRPr="00DE2DD1">
        <w:rPr>
          <w:b/>
          <w:sz w:val="22"/>
        </w:rPr>
        <w:t>Obr. št. 1</w:t>
      </w:r>
    </w:p>
    <w:p w:rsidR="006A12E1" w:rsidRPr="00DE2DD1" w:rsidRDefault="00DE2DD1">
      <w:pPr>
        <w:rPr>
          <w:sz w:val="22"/>
        </w:rPr>
      </w:pPr>
      <w:r>
        <w:rPr>
          <w:sz w:val="22"/>
        </w:rPr>
        <w:t>Predlagatelj (</w:t>
      </w:r>
      <w:r>
        <w:t>politična stranka, društvo in druge organizacije občanov v občini, občan)</w:t>
      </w:r>
      <w:r w:rsidR="00892D76">
        <w:t>: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____________________________________________________________</w:t>
      </w:r>
      <w:r w:rsidR="00892D76">
        <w:rPr>
          <w:sz w:val="22"/>
        </w:rPr>
        <w:t>_____________</w:t>
      </w:r>
      <w:r>
        <w:rPr>
          <w:sz w:val="22"/>
        </w:rPr>
        <w:t>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____________________________________________________________</w:t>
      </w:r>
      <w:r w:rsidR="00892D76">
        <w:rPr>
          <w:sz w:val="22"/>
        </w:rPr>
        <w:t>_____________</w:t>
      </w:r>
      <w:r>
        <w:rPr>
          <w:sz w:val="22"/>
        </w:rPr>
        <w:t>______</w:t>
      </w:r>
    </w:p>
    <w:p w:rsidR="00DE2DD1" w:rsidRPr="00DE2DD1" w:rsidRDefault="00366719" w:rsidP="00DE2DD1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DE2DD1">
        <w:rPr>
          <w:sz w:val="22"/>
        </w:rPr>
        <w:t>V zvezi z Javnim pozivom političnim strankam, drugim organizacijam občanov v občini ter občanom Občine Videm za predlaganje kandidatov v imenovanje v volilne odbore za lokalne</w:t>
      </w:r>
      <w:r w:rsidR="00DE2DD1">
        <w:rPr>
          <w:sz w:val="22"/>
        </w:rPr>
        <w:t xml:space="preserve"> volitve 2026</w:t>
      </w:r>
      <w:r w:rsidR="00DE2DD1" w:rsidRPr="00DE2DD1">
        <w:rPr>
          <w:sz w:val="22"/>
        </w:rPr>
        <w:t>,</w:t>
      </w:r>
      <w:r w:rsidR="00DE2DD1">
        <w:rPr>
          <w:sz w:val="22"/>
        </w:rPr>
        <w:t xml:space="preserve">ki ga je na svoji 2. </w:t>
      </w:r>
      <w:r w:rsidR="00DE2DD1" w:rsidRPr="00DE2DD1">
        <w:rPr>
          <w:sz w:val="22"/>
        </w:rPr>
        <w:t>redni seji dne</w:t>
      </w:r>
      <w:r w:rsidR="00DE2DD1">
        <w:rPr>
          <w:sz w:val="22"/>
        </w:rPr>
        <w:t>,</w:t>
      </w:r>
      <w:r w:rsidR="00DE2DD1" w:rsidRPr="00DE2DD1">
        <w:rPr>
          <w:sz w:val="22"/>
        </w:rPr>
        <w:t xml:space="preserve"> </w:t>
      </w:r>
      <w:r w:rsidR="00DE2DD1">
        <w:rPr>
          <w:sz w:val="22"/>
        </w:rPr>
        <w:t>7. 9. 2026</w:t>
      </w:r>
      <w:r w:rsidR="00DE2DD1" w:rsidRPr="00DE2DD1">
        <w:rPr>
          <w:sz w:val="22"/>
        </w:rPr>
        <w:t xml:space="preserve"> sprejela Občinska volilna komisija</w:t>
      </w:r>
      <w:r w:rsidR="00DE2DD1">
        <w:rPr>
          <w:sz w:val="22"/>
        </w:rPr>
        <w:t xml:space="preserve"> O</w:t>
      </w:r>
      <w:r w:rsidR="00DE2DD1" w:rsidRPr="00DE2DD1">
        <w:rPr>
          <w:sz w:val="22"/>
        </w:rPr>
        <w:t>bčine Videm, podajamo naslednji</w:t>
      </w:r>
    </w:p>
    <w:p w:rsidR="00DE2DD1" w:rsidRDefault="00DE2DD1">
      <w:pPr>
        <w:jc w:val="center"/>
        <w:rPr>
          <w:b/>
          <w:sz w:val="22"/>
        </w:rPr>
      </w:pPr>
    </w:p>
    <w:p w:rsidR="006A12E1" w:rsidRPr="00DE2DD1" w:rsidRDefault="00366719">
      <w:pPr>
        <w:jc w:val="center"/>
        <w:rPr>
          <w:sz w:val="22"/>
        </w:rPr>
      </w:pPr>
      <w:r w:rsidRPr="00DE2DD1">
        <w:rPr>
          <w:b/>
          <w:sz w:val="22"/>
        </w:rPr>
        <w:t>PREDLOG KANDIDATA/KANDIDATKE</w:t>
      </w:r>
      <w:r w:rsidRPr="00DE2DD1">
        <w:rPr>
          <w:b/>
          <w:sz w:val="22"/>
        </w:rPr>
        <w:br/>
        <w:t>za imenovanje v volilni odbor</w:t>
      </w:r>
    </w:p>
    <w:p w:rsidR="006A12E1" w:rsidRPr="00DE2DD1" w:rsidRDefault="00366719" w:rsidP="0026468E">
      <w:pPr>
        <w:jc w:val="both"/>
        <w:rPr>
          <w:sz w:val="22"/>
        </w:rPr>
      </w:pPr>
      <w:r w:rsidRPr="00DE2DD1">
        <w:rPr>
          <w:sz w:val="22"/>
        </w:rPr>
        <w:t>Za imenovanje v volilni odbor na volišču:</w:t>
      </w:r>
      <w:r w:rsidR="0026468E">
        <w:rPr>
          <w:sz w:val="22"/>
        </w:rPr>
        <w:t xml:space="preserve"> ___________________________________</w:t>
      </w:r>
      <w:r w:rsidRPr="00DE2DD1">
        <w:rPr>
          <w:sz w:val="22"/>
        </w:rPr>
        <w:t>predlagam:</w:t>
      </w:r>
    </w:p>
    <w:p w:rsidR="006A12E1" w:rsidRPr="00DE2DD1" w:rsidRDefault="00366719" w:rsidP="0026468E">
      <w:pPr>
        <w:jc w:val="both"/>
        <w:rPr>
          <w:sz w:val="22"/>
        </w:rPr>
      </w:pPr>
      <w:r w:rsidRPr="00DE2DD1">
        <w:rPr>
          <w:sz w:val="22"/>
        </w:rPr>
        <w:t>Ime in priimek: ________________________________________________________</w:t>
      </w:r>
      <w:r w:rsidR="0026468E">
        <w:rPr>
          <w:sz w:val="22"/>
        </w:rPr>
        <w:t>________</w:t>
      </w:r>
    </w:p>
    <w:p w:rsidR="006A12E1" w:rsidRPr="00DE2DD1" w:rsidRDefault="00366719" w:rsidP="0026468E">
      <w:pPr>
        <w:jc w:val="both"/>
        <w:rPr>
          <w:sz w:val="22"/>
        </w:rPr>
      </w:pPr>
      <w:r w:rsidRPr="00DE2DD1">
        <w:rPr>
          <w:sz w:val="22"/>
        </w:rPr>
        <w:t>Naslov stalnega prebivališča: ____________________________________________</w:t>
      </w:r>
      <w:r w:rsidR="0026468E">
        <w:rPr>
          <w:sz w:val="22"/>
        </w:rPr>
        <w:t>________</w:t>
      </w:r>
    </w:p>
    <w:p w:rsidR="006A12E1" w:rsidRPr="00DE2DD1" w:rsidRDefault="00366719" w:rsidP="0026468E">
      <w:pPr>
        <w:jc w:val="both"/>
        <w:rPr>
          <w:sz w:val="22"/>
        </w:rPr>
      </w:pPr>
      <w:r w:rsidRPr="00DE2DD1">
        <w:rPr>
          <w:sz w:val="22"/>
        </w:rPr>
        <w:t>EMŠO: _________________________________________________________________</w:t>
      </w:r>
      <w:r w:rsidR="0026468E">
        <w:rPr>
          <w:sz w:val="22"/>
        </w:rPr>
        <w:t>_____</w:t>
      </w:r>
    </w:p>
    <w:p w:rsidR="006A12E1" w:rsidRPr="00DE2DD1" w:rsidRDefault="006A12E1">
      <w:pPr>
        <w:rPr>
          <w:sz w:val="22"/>
        </w:rPr>
      </w:pPr>
    </w:p>
    <w:p w:rsidR="006A12E1" w:rsidRDefault="00366719">
      <w:pPr>
        <w:rPr>
          <w:sz w:val="22"/>
        </w:rPr>
      </w:pPr>
      <w:r w:rsidRPr="00DE2DD1">
        <w:rPr>
          <w:sz w:val="22"/>
        </w:rPr>
        <w:t>Predlag</w:t>
      </w:r>
      <w:r w:rsidR="00892D76">
        <w:rPr>
          <w:sz w:val="22"/>
        </w:rPr>
        <w:t>ana funkcija:</w:t>
      </w:r>
    </w:p>
    <w:p w:rsidR="00892D76" w:rsidRPr="00DE2DD1" w:rsidRDefault="00892D76">
      <w:pPr>
        <w:rPr>
          <w:sz w:val="22"/>
        </w:rPr>
      </w:pPr>
    </w:p>
    <w:p w:rsidR="00DE2DD1" w:rsidRDefault="00366719" w:rsidP="00DE2DD1">
      <w:pPr>
        <w:spacing w:after="0" w:line="240" w:lineRule="auto"/>
        <w:rPr>
          <w:sz w:val="22"/>
        </w:rPr>
      </w:pPr>
      <w:r w:rsidRPr="00DE2DD1">
        <w:rPr>
          <w:sz w:val="22"/>
        </w:rPr>
        <w:t xml:space="preserve">  </w:t>
      </w:r>
      <w:r w:rsidR="00DE2DD1" w:rsidRPr="00DE2DD1">
        <w:rPr>
          <w:sz w:val="22"/>
        </w:rPr>
        <w:t xml:space="preserve">PREDSEDNIKA / NAMESTNIKA PREDSEDNIKA / ČLANA / NAMESTNIKA ČLANA </w:t>
      </w:r>
    </w:p>
    <w:p w:rsidR="00DE2DD1" w:rsidRDefault="00892D76" w:rsidP="00892D76">
      <w:pPr>
        <w:jc w:val="center"/>
        <w:rPr>
          <w:sz w:val="22"/>
        </w:rPr>
      </w:pPr>
      <w:r>
        <w:rPr>
          <w:sz w:val="22"/>
        </w:rPr>
        <w:t>(ustrezno obkroži)</w:t>
      </w:r>
    </w:p>
    <w:p w:rsidR="00892D76" w:rsidRDefault="00892D76" w:rsidP="00892D76">
      <w:pPr>
        <w:jc w:val="center"/>
        <w:rPr>
          <w:sz w:val="22"/>
        </w:rPr>
      </w:pPr>
    </w:p>
    <w:p w:rsidR="006A12E1" w:rsidRPr="00DE2DD1" w:rsidRDefault="00DE2DD1" w:rsidP="00DE2DD1">
      <w:pPr>
        <w:jc w:val="both"/>
        <w:rPr>
          <w:sz w:val="22"/>
        </w:rPr>
      </w:pPr>
      <w:r w:rsidRPr="00DE2DD1">
        <w:rPr>
          <w:sz w:val="22"/>
        </w:rPr>
        <w:t>Predlogu prilagamo soglasje in pisno izjavo kandidata za imenovanje v volilni odbor, skladno z določilom šestega odstavka 37. člena Zakona o lokalnih volitvah (</w:t>
      </w:r>
      <w:r w:rsidR="00892D76" w:rsidRPr="00892D76">
        <w:rPr>
          <w:sz w:val="22"/>
        </w:rPr>
        <w:t>Uradni list RS, št. 94/07 – uradno prečiščeno besedilo, 45/08, 83/12, 68/17, 93/20 – odl. US, 102/24, 10/26 in 1389/26</w:t>
      </w:r>
      <w:r w:rsidRPr="00DE2DD1">
        <w:rPr>
          <w:sz w:val="22"/>
        </w:rPr>
        <w:t>).</w:t>
      </w:r>
      <w:r w:rsidR="003E44F8">
        <w:rPr>
          <w:sz w:val="22"/>
        </w:rPr>
        <w:t xml:space="preserve"> </w:t>
      </w:r>
      <w:r w:rsidRPr="00DE2DD1">
        <w:rPr>
          <w:sz w:val="22"/>
        </w:rPr>
        <w:t xml:space="preserve"> Podatki, dani na tem obrazcu, se bodo uporabili samo </w:t>
      </w:r>
      <w:r w:rsidR="00892D76">
        <w:rPr>
          <w:sz w:val="22"/>
        </w:rPr>
        <w:t>za sestavo volilnih odborov za l</w:t>
      </w:r>
      <w:r w:rsidRPr="00DE2DD1">
        <w:rPr>
          <w:sz w:val="22"/>
        </w:rPr>
        <w:t>okalne volitve 2026.</w:t>
      </w:r>
    </w:p>
    <w:p w:rsidR="00892D76" w:rsidRDefault="00892D76">
      <w:pPr>
        <w:rPr>
          <w:sz w:val="22"/>
        </w:rPr>
      </w:pPr>
    </w:p>
    <w:p w:rsidR="0026468E" w:rsidRDefault="0026468E">
      <w:pPr>
        <w:rPr>
          <w:sz w:val="22"/>
        </w:rPr>
      </w:pPr>
      <w:r>
        <w:rPr>
          <w:sz w:val="22"/>
        </w:rPr>
        <w:t>Datum: __________________                                 Podpis predlagatelja: _____________________</w:t>
      </w:r>
    </w:p>
    <w:p w:rsidR="00892D76" w:rsidRDefault="00892D76">
      <w:pPr>
        <w:rPr>
          <w:sz w:val="22"/>
        </w:rPr>
      </w:pP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br w:type="page"/>
      </w:r>
    </w:p>
    <w:p w:rsidR="006A12E1" w:rsidRPr="00DE2DD1" w:rsidRDefault="00366719">
      <w:pPr>
        <w:jc w:val="right"/>
        <w:rPr>
          <w:sz w:val="22"/>
        </w:rPr>
      </w:pPr>
      <w:r w:rsidRPr="00DE2DD1">
        <w:rPr>
          <w:b/>
          <w:sz w:val="22"/>
        </w:rPr>
        <w:lastRenderedPageBreak/>
        <w:t>Obr. št. 2</w:t>
      </w:r>
    </w:p>
    <w:p w:rsidR="006A12E1" w:rsidRPr="00DE2DD1" w:rsidRDefault="00366719">
      <w:pPr>
        <w:jc w:val="center"/>
        <w:rPr>
          <w:sz w:val="22"/>
        </w:rPr>
      </w:pPr>
      <w:r w:rsidRPr="00DE2DD1">
        <w:rPr>
          <w:b/>
          <w:sz w:val="22"/>
        </w:rPr>
        <w:t>IZJAVA KANDIDATA ZA ČLANA VOLILNEGA ODBORA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Ime in priimek kandidata: _________________</w:t>
      </w:r>
      <w:r w:rsidR="00474BDE">
        <w:rPr>
          <w:sz w:val="22"/>
        </w:rPr>
        <w:t>________________________________________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Datum rojstva: ___________________________</w:t>
      </w:r>
      <w:r w:rsidR="00474BDE">
        <w:rPr>
          <w:sz w:val="22"/>
        </w:rPr>
        <w:t>_______________________________________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Naslov stalnega prebivališča: ________________________________</w:t>
      </w:r>
      <w:r w:rsidR="00474BDE">
        <w:rPr>
          <w:sz w:val="22"/>
        </w:rPr>
        <w:t>______________________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Telefon: _________________________________</w:t>
      </w:r>
      <w:r w:rsidR="00474BDE">
        <w:rPr>
          <w:sz w:val="22"/>
        </w:rPr>
        <w:t>______________________________________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Davčna številka: __________________________</w:t>
      </w:r>
      <w:r w:rsidR="00474BDE">
        <w:rPr>
          <w:sz w:val="22"/>
        </w:rPr>
        <w:t>______________________________________</w:t>
      </w:r>
      <w:r w:rsidR="009C1A57">
        <w:rPr>
          <w:sz w:val="22"/>
        </w:rPr>
        <w:t>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EMŠO: __________________________________</w:t>
      </w:r>
      <w:r w:rsidR="009C1A57">
        <w:rPr>
          <w:sz w:val="22"/>
        </w:rPr>
        <w:t>______________________________________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Številka osebnega bančnega računa kandidata: _</w:t>
      </w:r>
      <w:r w:rsidR="009C1A57">
        <w:rPr>
          <w:sz w:val="22"/>
        </w:rPr>
        <w:t>_______________________________________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odprt pri banki: __________________________</w:t>
      </w:r>
      <w:r w:rsidR="009C1A57">
        <w:rPr>
          <w:sz w:val="22"/>
        </w:rPr>
        <w:t>________________________________________</w:t>
      </w: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Za volišče: _______________________________________________________________</w:t>
      </w:r>
      <w:r w:rsidR="009C1A57">
        <w:rPr>
          <w:sz w:val="22"/>
        </w:rPr>
        <w:t>_______</w:t>
      </w:r>
    </w:p>
    <w:p w:rsidR="006A12E1" w:rsidRPr="00DE2DD1" w:rsidRDefault="00366719" w:rsidP="00474BDE">
      <w:pPr>
        <w:jc w:val="both"/>
        <w:rPr>
          <w:sz w:val="22"/>
        </w:rPr>
      </w:pPr>
      <w:r w:rsidRPr="00DE2DD1">
        <w:rPr>
          <w:sz w:val="22"/>
        </w:rPr>
        <w:t>1. Izjavljam, da soglašam z imenovanjem v volilni odbor za izvedbo lokalnih volitev 15. 11. 2026 in za morebitni drugi krog glasovanja za župana.</w:t>
      </w:r>
    </w:p>
    <w:p w:rsidR="006A12E1" w:rsidRPr="00DE2DD1" w:rsidRDefault="00366719" w:rsidP="00474BDE">
      <w:pPr>
        <w:jc w:val="both"/>
        <w:rPr>
          <w:sz w:val="22"/>
        </w:rPr>
      </w:pPr>
      <w:r w:rsidRPr="00DE2DD1">
        <w:rPr>
          <w:sz w:val="22"/>
        </w:rPr>
        <w:t>2. Izjavljam, da bom v primeru imenovanja za člana volilnega odbora najpozneje v treh dneh po javni objavi kandidatur in list kandidatov obvestil/-a Občinsko volilno komisijo, če bi bil/-a v sorodstvenem ali drugem razmerju s kandidatom, o katerem se glasuje na volišču, za katerega sem imenovan/-a v volilni odbor.</w:t>
      </w:r>
    </w:p>
    <w:p w:rsidR="006A12E1" w:rsidRPr="00DE2DD1" w:rsidRDefault="00366719" w:rsidP="00474BDE">
      <w:pPr>
        <w:jc w:val="both"/>
        <w:rPr>
          <w:sz w:val="22"/>
        </w:rPr>
      </w:pPr>
      <w:r w:rsidRPr="00DE2DD1">
        <w:rPr>
          <w:sz w:val="22"/>
        </w:rPr>
        <w:t>Občina Videm bo kot upravljavec osebnih podatkov osebne podatke iz tega obrazca obdelovala za namen imenovanja volilnih odborov za lokalne volitve 2026 ter za izplačilo nadomestila za opravljanje funkcije. S podpisom dovoljujem obdelavo osebnih podatkov za navedeni namen v skladu z veljavnimi predpisi o varstvu osebnih podatkov.</w:t>
      </w:r>
      <w:r w:rsidR="003E44F8">
        <w:rPr>
          <w:rStyle w:val="Sprotnaopomba-sklic"/>
          <w:sz w:val="22"/>
        </w:rPr>
        <w:footnoteReference w:id="1"/>
      </w:r>
    </w:p>
    <w:p w:rsidR="006A12E1" w:rsidRPr="00DE2DD1" w:rsidRDefault="00366719" w:rsidP="00474BDE">
      <w:pPr>
        <w:jc w:val="both"/>
        <w:rPr>
          <w:sz w:val="22"/>
        </w:rPr>
      </w:pPr>
      <w:r w:rsidRPr="00DE2DD1">
        <w:rPr>
          <w:sz w:val="22"/>
        </w:rPr>
        <w:t>Kandidat/kandidatka potrjuje, da je seznanjen/-a z zakonskimi omejitvami glede sorodstvenih in drugih razmerij s kandidati ter z dolžnostjo pravočasnega obvestila pristojni volilni komisiji.</w:t>
      </w:r>
    </w:p>
    <w:p w:rsidR="006A12E1" w:rsidRPr="00DE2DD1" w:rsidRDefault="006A12E1" w:rsidP="00474BDE">
      <w:pPr>
        <w:jc w:val="both"/>
        <w:rPr>
          <w:sz w:val="22"/>
        </w:rPr>
      </w:pPr>
    </w:p>
    <w:p w:rsidR="006A12E1" w:rsidRPr="00DE2DD1" w:rsidRDefault="00366719">
      <w:pPr>
        <w:rPr>
          <w:sz w:val="22"/>
        </w:rPr>
      </w:pPr>
      <w:r w:rsidRPr="00DE2DD1">
        <w:rPr>
          <w:sz w:val="22"/>
        </w:rPr>
        <w:t>Kraj in da</w:t>
      </w:r>
      <w:r w:rsidR="003E44F8">
        <w:rPr>
          <w:sz w:val="22"/>
        </w:rPr>
        <w:t>tum: ________________</w:t>
      </w:r>
      <w:r w:rsidRPr="00DE2DD1">
        <w:rPr>
          <w:sz w:val="22"/>
        </w:rPr>
        <w:t xml:space="preserve">       Podpis kandidata/kandidatke: __________________________</w:t>
      </w:r>
    </w:p>
    <w:p w:rsidR="006A12E1" w:rsidRPr="00DE2DD1" w:rsidRDefault="006A12E1">
      <w:pPr>
        <w:rPr>
          <w:sz w:val="22"/>
        </w:rPr>
      </w:pPr>
      <w:bookmarkStart w:id="0" w:name="_GoBack"/>
      <w:bookmarkEnd w:id="0"/>
    </w:p>
    <w:sectPr w:rsidR="006A12E1" w:rsidRPr="00DE2DD1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D76" w:rsidRDefault="00892D76" w:rsidP="00892D76">
      <w:pPr>
        <w:spacing w:after="0" w:line="240" w:lineRule="auto"/>
      </w:pPr>
      <w:r>
        <w:separator/>
      </w:r>
    </w:p>
  </w:endnote>
  <w:endnote w:type="continuationSeparator" w:id="0">
    <w:p w:rsidR="00892D76" w:rsidRDefault="00892D76" w:rsidP="00892D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D76" w:rsidRDefault="00892D76" w:rsidP="00892D76">
      <w:pPr>
        <w:spacing w:after="0" w:line="240" w:lineRule="auto"/>
      </w:pPr>
      <w:r>
        <w:separator/>
      </w:r>
    </w:p>
  </w:footnote>
  <w:footnote w:type="continuationSeparator" w:id="0">
    <w:p w:rsidR="00892D76" w:rsidRDefault="00892D76" w:rsidP="00892D76">
      <w:pPr>
        <w:spacing w:after="0" w:line="240" w:lineRule="auto"/>
      </w:pPr>
      <w:r>
        <w:continuationSeparator/>
      </w:r>
    </w:p>
  </w:footnote>
  <w:footnote w:id="1">
    <w:p w:rsidR="003E44F8" w:rsidRPr="003E44F8" w:rsidRDefault="003E44F8" w:rsidP="003E44F8">
      <w:pPr>
        <w:pStyle w:val="Sprotnaopomba-besedilo"/>
        <w:jc w:val="both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 w:rsidRPr="00892D76">
        <w:rPr>
          <w:sz w:val="16"/>
          <w:szCs w:val="16"/>
        </w:rPr>
        <w:t>četrti odstavek 37. člena Zakona o lokalnih volitvah (ZLV):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skupnosti.« 114. a člen ZLV določa, da se z globo 600 EUR kaznuje za prekršek član volilnega odbora, ki v določenem roku ne obvesti pristojne volilne komisije o sorodstvenem ali drugem razmerju s kandidatom.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6468E"/>
    <w:rsid w:val="0029639D"/>
    <w:rsid w:val="00326F90"/>
    <w:rsid w:val="00366719"/>
    <w:rsid w:val="003E44F8"/>
    <w:rsid w:val="00474BDE"/>
    <w:rsid w:val="006A12E1"/>
    <w:rsid w:val="00892D76"/>
    <w:rsid w:val="009C1A57"/>
    <w:rsid w:val="00AA1D8D"/>
    <w:rsid w:val="00B47730"/>
    <w:rsid w:val="00CB0664"/>
    <w:rsid w:val="00DE2D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7C75B2"/>
  <w14:defaultImageDpi w14:val="300"/>
  <w15:docId w15:val="{7A0118AE-865B-4866-AABE-8F7CC0BC8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FC693F"/>
    <w:rPr>
      <w:rFonts w:ascii="Arial" w:hAnsi="Arial"/>
      <w:sz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ripombasklic">
    <w:name w:val="annotation reference"/>
    <w:basedOn w:val="Privzetapisavaodstavka"/>
    <w:uiPriority w:val="99"/>
    <w:semiHidden/>
    <w:unhideWhenUsed/>
    <w:rsid w:val="00892D7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92D76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92D76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92D7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92D76"/>
    <w:rPr>
      <w:rFonts w:ascii="Arial" w:hAnsi="Arial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2D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2D76"/>
    <w:rPr>
      <w:rFonts w:ascii="Segoe UI" w:hAnsi="Segoe UI" w:cs="Segoe UI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92D76"/>
    <w:pPr>
      <w:spacing w:after="0"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92D76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892D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8988E50-3B56-4A92-B403-29F4B3F68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Tatjana Mužerlin</cp:lastModifiedBy>
  <cp:revision>4</cp:revision>
  <dcterms:created xsi:type="dcterms:W3CDTF">2026-09-04T13:33:00Z</dcterms:created>
  <dcterms:modified xsi:type="dcterms:W3CDTF">2026-09-07T17:35:00Z</dcterms:modified>
  <cp:category/>
</cp:coreProperties>
</file>